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רעיון ה'עיר ספוג'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פתרונות שעוזרים למים לחלחל לעומת פתרונות שגורמים להצפות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המחסור במים בישראל לשימור מי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כי הכבישים והגגות האטומים לא נותנים לגשם לחלחל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מתמלאים במים והופכים לאגמים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משטחים אטומים חוסמים את חלחול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רוצים שהמים יחלחלו ויישמרו, לא יזרמו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עוזר לספוג או גורם לזרימה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לספוג)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(גורם למים לזרום)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דומה: שתיהן רוצות למנוע הצפות ולנהל את מי הגשם בחוכמה. שונה: בישראל הגשם מועט ולכן גם חשוב מאוד לשמור את המים למי תהום לעונה היבשה, בעוד שבקופנהגן הדגש הוא בעיקר על מניעת הצפות מגשמים עזים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תכנון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לתשובה הכוללת רכיבים כמו: שקעים שמתמלאים במים בחורף, ריצוף מחלחל בשבילים, ערוגות וצמחייה שסופגת מים, אזור משחק שלא נפגע מהצפה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ספוג מאפשרת למים לחלחל במקום לזרום ולהציף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גג ירוק, ריצוף מחלחל או ערוגה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בישראל הגשם מועט וכל טיפה שנשמרת חשובה למי התהום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בהדגמה קצרה עם ספוג ומגש כפי שמוצע בטקסט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שלוליות שהתלמידים ראו בשכונה שלהם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והמפה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ערים כמו ספוג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'ערים ספוג' - ערים שמתוכננות כך שיוכלו לספוג מי גשם כמו ספוג, במקום לתת להם לזרום ולהציף 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 התהום  ·  הצפות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ערים רבות דומות ל'מגש'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הן עגולות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יש בהן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הכבישים והגגות האטומים לא נותנים לגשם לחלחל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לשקעים בפארקים בעיר ספוג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סוגרים אותם בבטון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מתמלאים במים והופכים לאגמים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שותלים בהם רק קקטוסים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כבישים ומדרכות אטומים מונעים מהגשם לחלחל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בעיר ספוג רוצים שכל מי הגשם יגיעו לים כמה שיותר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שמחלחלים לאדמה מגיעים אל __________ - מאגר המים שמתחת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כשיורד גשם חזק ברחוב אטום, המים עלולים ליצור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עוזר לספוג או גורם לזרימה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ריצוף עם רווחים שהמים עוברים בהם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עוזר לספוג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ערוגה עם צמחים ליד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למים לזרום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מגרש חניה גדול של אספלט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 לספוג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דומה ומה שונה בין הצרכים של עיר גשומה כמו קופנהגן לבין הצרכים של עיר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תכנון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מתכננים פארק חדש בשכונה. איך תתכננו אותו כך שישמש גם מקום בילוי וגם 'ספוג' לגשם? תארו לפחות שלושה רכיבים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עיר רגילה לעיר ספוג?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לפתרון שעוזר למים לחלחל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ערים כמו ספוג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