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ערים כמו ספוג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רעיון ה'עיר ספוג'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פתרונות שעוזרים למים לחלחל לעומת פתרונות שגורמים להצפות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המחסור במים בישראל לשימור מי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הכבישים והגגות האטומים לא נותנים לגשם לחלחל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מתמלאים במים והופכים לאגמים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אל 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הגשם בישראל מועט וכל טיפה שנשמרת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לתת למים לחלחל ולהישמר כבר ברחוב, בפארק ועל הגג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משטחים אטומים חוסמים את חלחול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רוצים שהמים יחלחלו ויישמרו, לא יזרמו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 על פארקים בעיר ספוג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מגיעים למי התהום ונשמרים לימים 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בדוגמה הגלובלית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גגות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שקעים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עוזר לספוג או גורם לזרימה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למים לזרום)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(גורם למים לזרום)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(גורם למים לזרום)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שתיהן רוצות למנוע הצפות ולנהל את מי הגשם בחוכמה. שונה: בישראל הגשם מועט ולכן גם חשוב מאוד לשמור את המים למי תהום לעונה היבשה, בעוד שבקופנהגן הדגש הוא בעיקר על מניעת הצפות מגשמים עזים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כנראה משטחים אטומים כמו אספלט או בטון שלא נתנו למים לחלחל לאדמה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הכוללת רכיבים כמו: שקעים שמתמלאים במים בחורף, ריצוף מחלחל בשבילים, ערוגות וצמחייה שסופגת מים, אזור משחק שלא נפגע מהצפה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הוספת ערוגות, ריצוף מחלחל במקום בטון, שקע קטן לאיסוף מי גשם, שתילת 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ספוג מאפשרת למים לחלחל במקום לזרום ולהציף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גג ירוק, ריצוף מחלחל או ערוגה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בישראל הגשם מועט וכל טיפה שנשמרת חשובה למי התהום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קצרה עם ספוג ומגש כפי שמוצע בטקסט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שלוליות שהתלמידים ראו בשכונה שלהם לפני המשימה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והמפה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ערים כמו ספוג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'ערים ספוג' - ערים שמתוכננות כך שיוכלו לספוג מי גשם כמו ספוג, במקום לתת להם לזרום ולהציף רחובות.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ערים רבות דומות ל'מגש'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עגולות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בהן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הכבישים והגגות האטומים לא נותנים לגשם לחלחל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מוקפות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לשקעים בפארקים בעיר ספוג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 אותם בבטון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מתמלאים במים והופכים לאגמים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שותלים בהם רק קקטוסים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הופכים אותם לחניונים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מגיעים המים שמחלחלים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למזגנים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מי התהום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עיר ספוג חשובה במיוחד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בישראל אין בכלל 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הגשם בישראל מועט וכל טיפה שנשמרת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בישראל יורד גשם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בישראל אין 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לנהל את מי הגשם קרוב למקום שבו הם יורדים?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את כל המים בצינור ענק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את הגשם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למים לחלחל ולהישמר כבר ברחוב, בפארק ועל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לשאוב את המים לבתים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כבישים ומדרכות אטומים מונעים מהגשם לחלחל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ספוג רוצים שכל מי הגשם יגיעו לים כמה שיותר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פארק יכול לשמש גם מקום משחק וגם אגם קטן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שמחלחלים לאדמה הולכים לאיבוד ואין בהם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בקופנהגן תכננו מחדש רחובות ופארקים אחרי גשם עז שהציף את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שמחלחלים לאדמה מגיעים אל __________ - מאגר המים שמתחת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כשיורד גשם חזק ברחוב אטום, המים עלולים ליצור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הגגות בעיר ספוג בונים __________ שעוזרים לספוג מי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בפארקים בעיר ספוג בונים __________ שמתמלאים במים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בישראל הגשם יקר מפז, לכן כל __________ שנשמרת היא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עוזר לספוג או גורם לזרימה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גג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ריצוף עם רווחים שהמים עוברים בהם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לספוג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ערוגה עם צמחים ליד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מגרש חניה גדול של אספלט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חצר מרוצפת כולה בבטון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לספוג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כריתת עצים ושטחים ירוקים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עוזר לספוג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הצרכים של עיר גשומה כמו קופנהגן לבין הצרכים של עיר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בחורף האחרון ראיתם שלוליות גדולות ברחוב? מה לדעתכם גרם להן?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מתכננים פארק חדש בשכונה. איך תתכננו אותו כך שישמש גם מקום בילוי וגם 'ספוג' לגשם? תארו לפחות שלושה רכיבים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שינויים קטנים בחצר בית הספר יכולים להפוך אותה ל'חצר ספוג'?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רגילה לעיר ספוג?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שעוזר למים לחלחל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שמירת מי גשם חשובה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ערים כמו ספוג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